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120"/>
        <w:jc w:val="center"/>
      </w:pPr>
      <w:r>
        <w:rPr>
          <w:rFonts w:ascii="Arial" w:hAnsi="Arial" w:cs="Arial"/>
          <w:b/>
          <w:color w:val="127475"/>
          <w:sz w:val="52"/>
          <w:bCs/>
          <w:szCs w:val="52"/>
          <w:rtl/>
          <w:lang w:bidi="he-IL"/>
        </w:rPr>
        <w:t>קישוט כיתת עולים – קבצים לעריכה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5B6573"/>
          <w:sz w:val="26"/>
          <w:szCs w:val="26"/>
          <w:rtl/>
          <w:lang w:bidi="he-IL"/>
        </w:rPr>
        <w:t>כל הטקסטים כאן ניתנים לשינוי: מקלידים על המילה ומחליפים. כל עמוד הוא פריט להדפסה.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5B6573"/>
          <w:sz w:val="24"/>
          <w:szCs w:val="24"/>
          <w:rtl/>
          <w:lang w:bidi="he-IL"/>
        </w:rPr>
        <w:t>תוכן: כללי הכיתה · קיר מילים (24) · מילת השבוע · המשפט שלי בעברית · כותרות ללוח · משפטים מחזקים · תוויות לחפצים</w:t>
      </w:r>
    </w:p>
    <w:p>
      <w:r>
        <w:br w:type="page"/>
      </w:r>
    </w:p>
    <w:p>
      <w:pPr>
        <w:bidi/>
        <w:spacing w:after="280"/>
        <w:jc w:val="center"/>
      </w:pPr>
      <w:r>
        <w:rPr>
          <w:rFonts w:ascii="Arial" w:hAnsi="Arial" w:cs="Arial"/>
          <w:b/>
          <w:color w:val="127475"/>
          <w:sz w:val="80"/>
          <w:bCs/>
          <w:szCs w:val="80"/>
          <w:rtl/>
          <w:lang w:bidi="he-IL"/>
        </w:rPr>
        <w:t>הַכְּלָלִים שֶׁלָּנוּ</w:t>
      </w:r>
    </w:p>
    <w:p>
      <w:pPr>
        <w:bidi/>
        <w:spacing w:after="240"/>
        <w:jc w:val="center"/>
      </w:pPr>
      <w:r>
        <w:rPr>
          <w:rFonts w:ascii="Arial" w:hAnsi="Arial" w:cs="Arial"/>
          <w:b/>
          <w:color w:val="127475"/>
          <w:sz w:val="52"/>
          <w:bCs/>
          <w:szCs w:val="52"/>
          <w:rtl/>
          <w:lang w:bidi="he-IL"/>
        </w:rPr>
        <w:t>מְכַבְּדִים כָּל אֶחָד וְאַחַת</w:t>
      </w:r>
    </w:p>
    <w:p>
      <w:pPr>
        <w:bidi/>
        <w:spacing w:after="240"/>
        <w:jc w:val="center"/>
      </w:pPr>
      <w:r>
        <w:rPr>
          <w:rFonts w:ascii="Arial" w:hAnsi="Arial" w:cs="Arial"/>
          <w:b/>
          <w:color w:val="F25C54"/>
          <w:sz w:val="52"/>
          <w:bCs/>
          <w:szCs w:val="52"/>
          <w:rtl/>
          <w:lang w:bidi="he-IL"/>
        </w:rPr>
        <w:t>מַקְשִׁיבִים כְּשֶׁמִּישֶׁהוּ מְדַבֵּר</w:t>
      </w:r>
    </w:p>
    <w:p>
      <w:pPr>
        <w:bidi/>
        <w:spacing w:after="240"/>
        <w:jc w:val="center"/>
      </w:pPr>
      <w:r>
        <w:rPr>
          <w:rFonts w:ascii="Arial" w:hAnsi="Arial" w:cs="Arial"/>
          <w:b/>
          <w:color w:val="F7B538"/>
          <w:sz w:val="52"/>
          <w:bCs/>
          <w:szCs w:val="52"/>
          <w:rtl/>
          <w:lang w:bidi="he-IL"/>
        </w:rPr>
        <w:t>מְדַבְּרִים עִבְרִית – גַּם אִם קָשֶׁה!</w:t>
      </w:r>
    </w:p>
    <w:p>
      <w:pPr>
        <w:bidi/>
        <w:spacing w:after="240"/>
        <w:jc w:val="center"/>
      </w:pPr>
      <w:r>
        <w:rPr>
          <w:rFonts w:ascii="Arial" w:hAnsi="Arial" w:cs="Arial"/>
          <w:b/>
          <w:color w:val="3D5A80"/>
          <w:sz w:val="52"/>
          <w:bCs/>
          <w:szCs w:val="52"/>
          <w:rtl/>
          <w:lang w:bidi="he-IL"/>
        </w:rPr>
        <w:t>מוּתָּר לִטְעוֹת – כָּךְ לוֹמְדִים</w:t>
      </w:r>
    </w:p>
    <w:p>
      <w:pPr>
        <w:bidi/>
        <w:spacing w:after="240"/>
        <w:jc w:val="center"/>
      </w:pPr>
      <w:r>
        <w:rPr>
          <w:rFonts w:ascii="Arial" w:hAnsi="Arial" w:cs="Arial"/>
          <w:b/>
          <w:color w:val="6BAA75"/>
          <w:sz w:val="52"/>
          <w:bCs/>
          <w:szCs w:val="52"/>
          <w:rtl/>
          <w:lang w:bidi="he-IL"/>
        </w:rPr>
        <w:t>שׁוֹאֲלִים כְּשֶׁלֹּא מְבִינִים</w:t>
      </w:r>
    </w:p>
    <w:p>
      <w:pPr>
        <w:bidi/>
        <w:spacing w:after="240"/>
        <w:jc w:val="center"/>
      </w:pPr>
      <w:r>
        <w:rPr>
          <w:rFonts w:ascii="Arial" w:hAnsi="Arial" w:cs="Arial"/>
          <w:b/>
          <w:color w:val="8E6CC2"/>
          <w:sz w:val="52"/>
          <w:bCs/>
          <w:szCs w:val="52"/>
          <w:rtl/>
          <w:lang w:bidi="he-IL"/>
        </w:rPr>
        <w:t>עוֹזְרִים זֶה לָזֶה</w:t>
      </w:r>
    </w:p>
    <w:p>
      <w:pPr>
        <w:bidi/>
        <w:spacing w:after="240"/>
        <w:jc w:val="center"/>
      </w:pPr>
      <w:r>
        <w:rPr>
          <w:rFonts w:ascii="Arial" w:hAnsi="Arial" w:cs="Arial"/>
          <w:b/>
          <w:color w:val="127475"/>
          <w:sz w:val="52"/>
          <w:bCs/>
          <w:szCs w:val="52"/>
          <w:rtl/>
          <w:lang w:bidi="he-IL"/>
        </w:rPr>
        <w:t>בָּאִים בַּזְּמַן וּמוּכָנִים</w:t>
      </w:r>
    </w:p>
    <w:p>
      <w:pPr>
        <w:bidi/>
        <w:spacing w:after="240"/>
        <w:jc w:val="center"/>
      </w:pPr>
      <w:r>
        <w:rPr>
          <w:rFonts w:ascii="Arial" w:hAnsi="Arial" w:cs="Arial"/>
          <w:b/>
          <w:color w:val="F25C54"/>
          <w:sz w:val="52"/>
          <w:bCs/>
          <w:szCs w:val="52"/>
          <w:rtl/>
          <w:lang w:bidi="he-IL"/>
        </w:rPr>
        <w:t>שׁוֹמְרִים עַל הַכִּיתָּה נְקִיָּה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5B6573"/>
          <w:sz w:val="32"/>
          <w:szCs w:val="32"/>
          <w:rtl/>
          <w:lang w:bidi="he-IL"/>
        </w:rPr>
        <w:t>הַחֲתִימוֹת שֶׁלָּנוּ: ______________________________</w:t>
      </w:r>
    </w:p>
    <w:p>
      <w:r>
        <w:br w:type="page"/>
      </w:r>
    </w:p>
    <w:p>
      <w:pPr>
        <w:bidi/>
        <w:spacing w:after="160"/>
        <w:jc w:val="center"/>
      </w:pPr>
      <w:r>
        <w:rPr>
          <w:rFonts w:ascii="Arial" w:hAnsi="Arial" w:cs="Arial"/>
          <w:b/>
          <w:color w:val="127475"/>
          <w:sz w:val="56"/>
          <w:bCs/>
          <w:szCs w:val="56"/>
          <w:rtl/>
          <w:lang w:bidi="he-IL"/>
        </w:rPr>
        <w:t>קִיר מִילִּים – מִשְׁפָּטִים לַכִּיתָּה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6236"/>
            <w:shd w:val="clear" w:color="auto" w:fill="E3F1F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שָׁלוֹם!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Hello!</w:t>
            </w:r>
          </w:p>
        </w:tc>
      </w:tr>
      <w:tr>
        <w:tc>
          <w:tcPr>
            <w:tcW w:type="dxa" w:w="6236"/>
            <w:shd w:val="clear" w:color="auto" w:fill="FDE4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בֹּקֶר טוֹב!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Good morning!</w:t>
            </w:r>
          </w:p>
        </w:tc>
      </w:tr>
      <w:tr>
        <w:tc>
          <w:tcPr>
            <w:tcW w:type="dxa" w:w="6236"/>
            <w:shd w:val="clear" w:color="auto" w:fill="FDF0D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תּוֹדָה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Thank you</w:t>
            </w:r>
          </w:p>
        </w:tc>
      </w:tr>
      <w:tr>
        <w:tc>
          <w:tcPr>
            <w:tcW w:type="dxa" w:w="6236"/>
            <w:shd w:val="clear" w:color="auto" w:fill="E2E8F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בְּבַקָּשָׁה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Please / You're welcome</w:t>
            </w:r>
          </w:p>
        </w:tc>
      </w:tr>
      <w:tr>
        <w:tc>
          <w:tcPr>
            <w:tcW w:type="dxa" w:w="6236"/>
            <w:shd w:val="clear" w:color="auto" w:fill="E6F2E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סְלִיחָה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Sorry / Excuse me</w:t>
            </w:r>
          </w:p>
        </w:tc>
      </w:tr>
      <w:tr>
        <w:tc>
          <w:tcPr>
            <w:tcW w:type="dxa" w:w="6236"/>
            <w:shd w:val="clear" w:color="auto" w:fill="EEE7F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לֹא הֵבַנְתִּי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I didn't understand</w:t>
            </w:r>
          </w:p>
        </w:tc>
      </w:tr>
      <w:tr>
        <w:tc>
          <w:tcPr>
            <w:tcW w:type="dxa" w:w="6236"/>
            <w:shd w:val="clear" w:color="auto" w:fill="E3F1F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אֶפְשָׁר לַחֲזוֹר עַל זֶה?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Can you repeat that?</w:t>
            </w:r>
          </w:p>
        </w:tc>
      </w:tr>
      <w:tr>
        <w:tc>
          <w:tcPr>
            <w:tcW w:type="dxa" w:w="6236"/>
            <w:shd w:val="clear" w:color="auto" w:fill="FDE4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אֶפְשָׁר לְדַבֵּר יוֹתֵר לְאַט?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Can you speak more slowly?</w:t>
            </w:r>
          </w:p>
        </w:tc>
      </w:tr>
      <w:tr>
        <w:tc>
          <w:tcPr>
            <w:tcW w:type="dxa" w:w="6236"/>
            <w:shd w:val="clear" w:color="auto" w:fill="FDF0D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אֵיךְ אוֹמְרִים ___ בְּעִבְרִית?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How do you say ___ in Hebrew?</w:t>
            </w:r>
          </w:p>
        </w:tc>
      </w:tr>
      <w:tr>
        <w:tc>
          <w:tcPr>
            <w:tcW w:type="dxa" w:w="6236"/>
            <w:shd w:val="clear" w:color="auto" w:fill="E2E8F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מָה פֵּירוּשׁ הַמִּילָּה ___?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What does the word ___ mean?</w:t>
            </w:r>
          </w:p>
        </w:tc>
      </w:tr>
      <w:tr>
        <w:tc>
          <w:tcPr>
            <w:tcW w:type="dxa" w:w="6236"/>
            <w:shd w:val="clear" w:color="auto" w:fill="E6F2E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אֵיךְ כּוֹתְבִים אֶת זֶה?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How do you write this?</w:t>
            </w:r>
          </w:p>
        </w:tc>
      </w:tr>
      <w:tr>
        <w:tc>
          <w:tcPr>
            <w:tcW w:type="dxa" w:w="6236"/>
            <w:shd w:val="clear" w:color="auto" w:fill="EEE7F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מָה זֶה?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What is this?</w:t>
            </w:r>
          </w:p>
        </w:tc>
      </w:tr>
      <w:tr>
        <w:tc>
          <w:tcPr>
            <w:tcW w:type="dxa" w:w="6236"/>
            <w:shd w:val="clear" w:color="auto" w:fill="E3F1F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יֵשׁ לִי שְׁאֵלָה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I have a question</w:t>
            </w:r>
          </w:p>
        </w:tc>
      </w:tr>
      <w:tr>
        <w:tc>
          <w:tcPr>
            <w:tcW w:type="dxa" w:w="6236"/>
            <w:shd w:val="clear" w:color="auto" w:fill="FDE4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אֲנִי צָרִיךְ / צְרִיכָה עֶזְרָה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I need help (m / f)</w:t>
            </w:r>
          </w:p>
        </w:tc>
      </w:tr>
      <w:tr>
        <w:tc>
          <w:tcPr>
            <w:tcW w:type="dxa" w:w="6236"/>
            <w:shd w:val="clear" w:color="auto" w:fill="FDF0D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אֲנִי לֹא יוֹדֵעַ / יוֹדַעַת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I don't know (m / f)</w:t>
            </w:r>
          </w:p>
        </w:tc>
      </w:tr>
      <w:tr>
        <w:tc>
          <w:tcPr>
            <w:tcW w:type="dxa" w:w="6236"/>
            <w:shd w:val="clear" w:color="auto" w:fill="E2E8F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אֶפְשָׁר לָצֵאת?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May I go out?</w:t>
            </w:r>
          </w:p>
        </w:tc>
      </w:tr>
      <w:tr>
        <w:tc>
          <w:tcPr>
            <w:tcW w:type="dxa" w:w="6236"/>
            <w:shd w:val="clear" w:color="auto" w:fill="E6F2E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אֵיפֹה הַשֵּׁירוּתִים?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Where is the restroom?</w:t>
            </w:r>
          </w:p>
        </w:tc>
      </w:tr>
      <w:tr>
        <w:tc>
          <w:tcPr>
            <w:tcW w:type="dxa" w:w="6236"/>
            <w:shd w:val="clear" w:color="auto" w:fill="EEE7F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אֶפְשָׁר לִשְׁתּוֹת מַיִם?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May I drink some water?</w:t>
            </w:r>
          </w:p>
        </w:tc>
      </w:tr>
      <w:tr>
        <w:tc>
          <w:tcPr>
            <w:tcW w:type="dxa" w:w="6236"/>
            <w:shd w:val="clear" w:color="auto" w:fill="E3F1F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אֵיזֶה עַמּוּד?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Which page?</w:t>
            </w:r>
          </w:p>
        </w:tc>
      </w:tr>
      <w:tr>
        <w:tc>
          <w:tcPr>
            <w:tcW w:type="dxa" w:w="6236"/>
            <w:shd w:val="clear" w:color="auto" w:fill="FDE4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אֵין לִי עֵט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I don't have a pen</w:t>
            </w:r>
          </w:p>
        </w:tc>
      </w:tr>
      <w:tr>
        <w:tc>
          <w:tcPr>
            <w:tcW w:type="dxa" w:w="6236"/>
            <w:shd w:val="clear" w:color="auto" w:fill="FDF0D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אֶפְשָׁר לְהִשְׁתַּמֵּשׁ בְּמִילּוֹן?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May I use a dictionary?</w:t>
            </w:r>
          </w:p>
        </w:tc>
      </w:tr>
      <w:tr>
        <w:tc>
          <w:tcPr>
            <w:tcW w:type="dxa" w:w="6236"/>
            <w:shd w:val="clear" w:color="auto" w:fill="E2E8F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מָה שִׁיעוּרֵי הַבַּיִת?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What is the homework?</w:t>
            </w:r>
          </w:p>
        </w:tc>
      </w:tr>
      <w:tr>
        <w:tc>
          <w:tcPr>
            <w:tcW w:type="dxa" w:w="6236"/>
            <w:shd w:val="clear" w:color="auto" w:fill="E6F2E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גָּמַרְתִּי!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I'm finished!</w:t>
            </w:r>
          </w:p>
        </w:tc>
      </w:tr>
      <w:tr>
        <w:tc>
          <w:tcPr>
            <w:tcW w:type="dxa" w:w="6236"/>
            <w:shd w:val="clear" w:color="auto" w:fill="EEE7F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324A"/>
                <w:sz w:val="34"/>
                <w:bCs/>
                <w:szCs w:val="34"/>
                <w:rtl/>
                <w:lang w:bidi="he-IL"/>
              </w:rPr>
              <w:t>לְהִתְרָאוֹת!</w:t>
            </w:r>
          </w:p>
        </w:tc>
        <w:tc>
          <w:tcPr>
            <w:tcW w:type="dxa" w:w="3855"/>
          </w:tcPr>
          <w:p>
            <w:pPr>
              <w:jc w:val="left"/>
            </w:pPr>
            <w:r>
              <w:rPr>
                <w:rFonts w:ascii="Arial" w:hAnsi="Arial" w:cs="Arial"/>
                <w:b w:val="0"/>
                <w:color w:val="4D5A6B"/>
                <w:sz w:val="24"/>
                <w:szCs w:val="24"/>
                <w:lang w:bidi="he-IL"/>
              </w:rPr>
              <w:t>See you! / Goodbye!</w:t>
            </w:r>
          </w:p>
        </w:tc>
      </w:tr>
    </w:tbl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127475"/>
          <w:sz w:val="80"/>
          <w:bCs/>
          <w:szCs w:val="80"/>
          <w:rtl/>
          <w:lang w:bidi="he-IL"/>
        </w:rPr>
        <w:t>שָׁלוֹם!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Hello!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F25C54"/>
          <w:sz w:val="80"/>
          <w:bCs/>
          <w:szCs w:val="80"/>
          <w:rtl/>
          <w:lang w:bidi="he-IL"/>
        </w:rPr>
        <w:t>בֹּקֶר טוֹב!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Good morning!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F7B538"/>
          <w:sz w:val="80"/>
          <w:bCs/>
          <w:szCs w:val="80"/>
          <w:rtl/>
          <w:lang w:bidi="he-IL"/>
        </w:rPr>
        <w:t>תּוֹדָה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Thank you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3D5A80"/>
          <w:sz w:val="80"/>
          <w:bCs/>
          <w:szCs w:val="80"/>
          <w:rtl/>
          <w:lang w:bidi="he-IL"/>
        </w:rPr>
        <w:t>בְּבַקָּשָׁה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Please / You're welcome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6BAA75"/>
          <w:sz w:val="80"/>
          <w:bCs/>
          <w:szCs w:val="80"/>
          <w:rtl/>
          <w:lang w:bidi="he-IL"/>
        </w:rPr>
        <w:t>סְלִיחָה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Sorry / Excuse me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8E6CC2"/>
          <w:sz w:val="80"/>
          <w:bCs/>
          <w:szCs w:val="80"/>
          <w:rtl/>
          <w:lang w:bidi="he-IL"/>
        </w:rPr>
        <w:t>לֹא הֵבַנְתִּי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I didn't understand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127475"/>
          <w:sz w:val="80"/>
          <w:bCs/>
          <w:szCs w:val="80"/>
          <w:rtl/>
          <w:lang w:bidi="he-IL"/>
        </w:rPr>
        <w:t>אֶפְשָׁר לַחֲזוֹר עַל זֶה?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Can you repeat that?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F25C54"/>
          <w:sz w:val="80"/>
          <w:bCs/>
          <w:szCs w:val="80"/>
          <w:rtl/>
          <w:lang w:bidi="he-IL"/>
        </w:rPr>
        <w:t>אֶפְשָׁר לְדַבֵּר יוֹתֵר לְאַט?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Can you speak more slowly?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F7B538"/>
          <w:sz w:val="80"/>
          <w:bCs/>
          <w:szCs w:val="80"/>
          <w:rtl/>
          <w:lang w:bidi="he-IL"/>
        </w:rPr>
        <w:t>אֵיךְ אוֹמְרִים ___ בְּעִבְרִית?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How do you say ___ in Hebrew?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3D5A80"/>
          <w:sz w:val="80"/>
          <w:bCs/>
          <w:szCs w:val="80"/>
          <w:rtl/>
          <w:lang w:bidi="he-IL"/>
        </w:rPr>
        <w:t>מָה פֵּירוּשׁ הַמִּילָּה ___?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What does the word ___ mean?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6BAA75"/>
          <w:sz w:val="80"/>
          <w:bCs/>
          <w:szCs w:val="80"/>
          <w:rtl/>
          <w:lang w:bidi="he-IL"/>
        </w:rPr>
        <w:t>אֵיךְ כּוֹתְבִים אֶת זֶה?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How do you write this?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8E6CC2"/>
          <w:sz w:val="80"/>
          <w:bCs/>
          <w:szCs w:val="80"/>
          <w:rtl/>
          <w:lang w:bidi="he-IL"/>
        </w:rPr>
        <w:t>מָה זֶה?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What is this?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127475"/>
          <w:sz w:val="80"/>
          <w:bCs/>
          <w:szCs w:val="80"/>
          <w:rtl/>
          <w:lang w:bidi="he-IL"/>
        </w:rPr>
        <w:t>יֵשׁ לִי שְׁאֵלָה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I have a question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F25C54"/>
          <w:sz w:val="80"/>
          <w:bCs/>
          <w:szCs w:val="80"/>
          <w:rtl/>
          <w:lang w:bidi="he-IL"/>
        </w:rPr>
        <w:t>אֲנִי צָרִיךְ / צְרִיכָה עֶזְרָה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I need help (m / f)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F7B538"/>
          <w:sz w:val="80"/>
          <w:bCs/>
          <w:szCs w:val="80"/>
          <w:rtl/>
          <w:lang w:bidi="he-IL"/>
        </w:rPr>
        <w:t>אֲנִי לֹא יוֹדֵעַ / יוֹדַעַת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I don't know (m / f)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3D5A80"/>
          <w:sz w:val="80"/>
          <w:bCs/>
          <w:szCs w:val="80"/>
          <w:rtl/>
          <w:lang w:bidi="he-IL"/>
        </w:rPr>
        <w:t>אֶפְשָׁר לָצֵאת?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May I go out?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6BAA75"/>
          <w:sz w:val="80"/>
          <w:bCs/>
          <w:szCs w:val="80"/>
          <w:rtl/>
          <w:lang w:bidi="he-IL"/>
        </w:rPr>
        <w:t>אֵיפֹה הַשֵּׁירוּתִים?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Where is the restroom?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8E6CC2"/>
          <w:sz w:val="80"/>
          <w:bCs/>
          <w:szCs w:val="80"/>
          <w:rtl/>
          <w:lang w:bidi="he-IL"/>
        </w:rPr>
        <w:t>אֶפְשָׁר לִשְׁתּוֹת מַיִם?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May I drink some water?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127475"/>
          <w:sz w:val="80"/>
          <w:bCs/>
          <w:szCs w:val="80"/>
          <w:rtl/>
          <w:lang w:bidi="he-IL"/>
        </w:rPr>
        <w:t>אֵיזֶה עַמּוּד?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Which page?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F25C54"/>
          <w:sz w:val="80"/>
          <w:bCs/>
          <w:szCs w:val="80"/>
          <w:rtl/>
          <w:lang w:bidi="he-IL"/>
        </w:rPr>
        <w:t>אֵין לִי עֵט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I don't have a pen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F7B538"/>
          <w:sz w:val="80"/>
          <w:bCs/>
          <w:szCs w:val="80"/>
          <w:rtl/>
          <w:lang w:bidi="he-IL"/>
        </w:rPr>
        <w:t>אֶפְשָׁר לְהִשְׁתַּמֵּשׁ בְּמִילּוֹן?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May I use a dictionary?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3D5A80"/>
          <w:sz w:val="80"/>
          <w:bCs/>
          <w:szCs w:val="80"/>
          <w:rtl/>
          <w:lang w:bidi="he-IL"/>
        </w:rPr>
        <w:t>מָה שִׁיעוּרֵי הַבַּיִת?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What is the homework?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6BAA75"/>
          <w:sz w:val="80"/>
          <w:bCs/>
          <w:szCs w:val="80"/>
          <w:rtl/>
          <w:lang w:bidi="he-IL"/>
        </w:rPr>
        <w:t>גָּמַרְתִּי!</w:t>
      </w:r>
    </w:p>
    <w:p>
      <w:pPr>
        <w:spacing w:after="80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I'm finished!</w:t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20"/>
          <w:szCs w:val="20"/>
          <w:rtl/>
          <w:lang w:bidi="he-IL"/>
        </w:rPr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8E6CC2"/>
          <w:sz w:val="80"/>
          <w:bCs/>
          <w:szCs w:val="80"/>
          <w:rtl/>
          <w:lang w:bidi="he-IL"/>
        </w:rPr>
        <w:t>לְהִתְרָאוֹת!</w:t>
      </w:r>
    </w:p>
    <w:p>
      <w:pPr>
        <w:spacing w:after="0"/>
        <w:jc w:val="center"/>
      </w:pPr>
      <w:r>
        <w:rPr>
          <w:rFonts w:ascii="Arial" w:hAnsi="Arial" w:cs="Arial"/>
          <w:b w:val="0"/>
          <w:color w:val="4D5A6B"/>
          <w:sz w:val="40"/>
          <w:szCs w:val="40"/>
          <w:lang w:bidi="he-IL"/>
        </w:rPr>
        <w:t>See you! / Goodbye!</w:t>
      </w:r>
    </w:p>
    <w:p>
      <w:r>
        <w:br w:type="page"/>
      </w:r>
    </w:p>
    <w:p>
      <w:pPr>
        <w:bidi/>
        <w:spacing w:after="360"/>
        <w:jc w:val="center"/>
      </w:pPr>
      <w:r>
        <w:rPr>
          <w:rFonts w:ascii="Arial" w:hAnsi="Arial" w:cs="Arial"/>
          <w:b/>
          <w:color w:val="F25C54"/>
          <w:sz w:val="88"/>
          <w:bCs/>
          <w:szCs w:val="88"/>
          <w:rtl/>
          <w:lang w:bidi="he-IL"/>
        </w:rPr>
        <w:t>מִילַּת הַשָּׁבוּעַ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127475"/>
          <w:sz w:val="44"/>
          <w:bCs/>
          <w:szCs w:val="44"/>
          <w:rtl/>
          <w:lang w:bidi="he-IL"/>
        </w:rPr>
        <w:t>הַמִּילָּה:</w:t>
      </w:r>
    </w:p>
    <w:p>
      <w:pPr>
        <w:bidi/>
        <w:spacing w:after="520"/>
        <w:jc w:val="right"/>
      </w:pPr>
      <w:r>
        <w:rPr>
          <w:rFonts w:ascii="Arial" w:hAnsi="Arial" w:cs="Arial"/>
          <w:b w:val="0"/>
          <w:color w:val="C9C2B8"/>
          <w:sz w:val="44"/>
          <w:szCs w:val="44"/>
          <w:rtl/>
          <w:lang w:bidi="he-IL"/>
        </w:rPr>
        <w:t>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127475"/>
          <w:sz w:val="44"/>
          <w:bCs/>
          <w:szCs w:val="44"/>
          <w:rtl/>
          <w:lang w:bidi="he-IL"/>
        </w:rPr>
        <w:t>בְּאַנְגְּלִית / בַּשָּׂפָה שֶׁלִּי:</w:t>
      </w:r>
    </w:p>
    <w:p>
      <w:pPr>
        <w:bidi/>
        <w:spacing w:after="520"/>
        <w:jc w:val="right"/>
      </w:pPr>
      <w:r>
        <w:rPr>
          <w:rFonts w:ascii="Arial" w:hAnsi="Arial" w:cs="Arial"/>
          <w:b w:val="0"/>
          <w:color w:val="C9C2B8"/>
          <w:sz w:val="44"/>
          <w:szCs w:val="44"/>
          <w:rtl/>
          <w:lang w:bidi="he-IL"/>
        </w:rPr>
        <w:t>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127475"/>
          <w:sz w:val="44"/>
          <w:bCs/>
          <w:szCs w:val="44"/>
          <w:rtl/>
          <w:lang w:bidi="he-IL"/>
        </w:rPr>
        <w:t>מִשְׁפָּט עִם הַמִּילָּה:</w:t>
      </w:r>
    </w:p>
    <w:p>
      <w:pPr>
        <w:bidi/>
        <w:spacing w:after="520"/>
        <w:jc w:val="right"/>
      </w:pPr>
      <w:r>
        <w:rPr>
          <w:rFonts w:ascii="Arial" w:hAnsi="Arial" w:cs="Arial"/>
          <w:b w:val="0"/>
          <w:color w:val="C9C2B8"/>
          <w:sz w:val="44"/>
          <w:szCs w:val="44"/>
          <w:rtl/>
          <w:lang w:bidi="he-IL"/>
        </w:rPr>
        <w:t>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127475"/>
          <w:sz w:val="44"/>
          <w:bCs/>
          <w:szCs w:val="44"/>
          <w:rtl/>
          <w:lang w:bidi="he-IL"/>
        </w:rPr>
        <w:t>צִיּוּר:</w:t>
      </w:r>
    </w:p>
    <w:p>
      <w:pPr>
        <w:bidi/>
        <w:spacing w:after="520"/>
        <w:jc w:val="right"/>
      </w:pPr>
      <w:r>
        <w:rPr>
          <w:rFonts w:ascii="Arial" w:hAnsi="Arial" w:cs="Arial"/>
          <w:b w:val="0"/>
          <w:color w:val="C9C2B8"/>
          <w:sz w:val="44"/>
          <w:szCs w:val="44"/>
          <w:rtl/>
          <w:lang w:bidi="he-IL"/>
        </w:rPr>
        <w:t>______________________________________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/>
          <w:color w:val="127475"/>
          <w:sz w:val="60"/>
          <w:bCs/>
          <w:szCs w:val="60"/>
          <w:rtl/>
          <w:lang w:bidi="he-IL"/>
        </w:rPr>
        <w:t>הַמִּשְׁפָּט שֶׁלִּי בְּעִבְרִית</w:t>
      </w:r>
    </w:p>
    <w:p>
      <w:pPr>
        <w:bidi/>
        <w:spacing w:after="120"/>
        <w:jc w:val="right"/>
      </w:pPr>
      <w:r>
        <w:rPr>
          <w:rFonts w:ascii="Arial" w:hAnsi="Arial" w:cs="Arial"/>
          <w:b/>
          <w:color w:val="22324A"/>
          <w:sz w:val="32"/>
          <w:bCs/>
          <w:szCs w:val="32"/>
          <w:rtl/>
          <w:lang w:bidi="he-IL"/>
        </w:rPr>
        <w:t>שֵׁם: 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C9C2B8"/>
          <w:sz w:val="36"/>
          <w:szCs w:val="36"/>
          <w:rtl/>
          <w:lang w:bidi="he-IL"/>
        </w:rPr>
        <w:t>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C9C2B8"/>
          <w:sz w:val="36"/>
          <w:szCs w:val="36"/>
          <w:rtl/>
          <w:lang w:bidi="he-IL"/>
        </w:rPr>
        <w:t>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C9C2B8"/>
          <w:sz w:val="36"/>
          <w:szCs w:val="36"/>
          <w:rtl/>
          <w:lang w:bidi="he-IL"/>
        </w:rPr>
        <w:t>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/>
          <w:b/>
          <w:color w:val="22324A"/>
          <w:sz w:val="30"/>
          <w:bCs/>
          <w:szCs w:val="30"/>
          <w:rtl/>
          <w:lang w:bidi="he-IL"/>
        </w:rPr>
        <w:t>בַּשָּׂפָה שֶׁלִּי: ______________________</w:t>
      </w:r>
    </w:p>
    <w:p>
      <w:pPr>
        <w:bidi/>
        <w:spacing w:after="600"/>
        <w:jc w:val="center"/>
      </w:pPr>
      <w:r>
        <w:rPr>
          <w:rFonts w:ascii="Arial" w:hAnsi="Arial" w:cs="Arial"/>
          <w:b w:val="0"/>
          <w:color w:val="6B7686"/>
          <w:sz w:val="24"/>
          <w:szCs w:val="24"/>
          <w:rtl/>
          <w:lang w:bidi="he-IL"/>
        </w:rPr>
        <w:t>אֲנִי אוֹהֵב / אוֹהֶבֶת… · הַיּוֹם לָמַדְתִּי… · אֲנִי רוֹצֶה…</w:t>
      </w:r>
    </w:p>
    <w:p>
      <w:pPr>
        <w:bidi/>
        <w:spacing w:after="120"/>
        <w:jc w:val="center"/>
      </w:pPr>
      <w:r>
        <w:rPr>
          <w:rFonts w:ascii="Arial" w:hAnsi="Arial" w:cs="Arial"/>
          <w:b/>
          <w:color w:val="F25C54"/>
          <w:sz w:val="60"/>
          <w:bCs/>
          <w:szCs w:val="60"/>
          <w:rtl/>
          <w:lang w:bidi="he-IL"/>
        </w:rPr>
        <w:t>הַמִּשְׁפָּט שֶׁלִּי בְּעִבְרִית</w:t>
      </w:r>
    </w:p>
    <w:p>
      <w:pPr>
        <w:bidi/>
        <w:spacing w:after="120"/>
        <w:jc w:val="right"/>
      </w:pPr>
      <w:r>
        <w:rPr>
          <w:rFonts w:ascii="Arial" w:hAnsi="Arial" w:cs="Arial"/>
          <w:b/>
          <w:color w:val="22324A"/>
          <w:sz w:val="32"/>
          <w:bCs/>
          <w:szCs w:val="32"/>
          <w:rtl/>
          <w:lang w:bidi="he-IL"/>
        </w:rPr>
        <w:t>שֵׁם: 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C9C2B8"/>
          <w:sz w:val="36"/>
          <w:szCs w:val="36"/>
          <w:rtl/>
          <w:lang w:bidi="he-IL"/>
        </w:rPr>
        <w:t>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C9C2B8"/>
          <w:sz w:val="36"/>
          <w:szCs w:val="36"/>
          <w:rtl/>
          <w:lang w:bidi="he-IL"/>
        </w:rPr>
        <w:t>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C9C2B8"/>
          <w:sz w:val="36"/>
          <w:szCs w:val="36"/>
          <w:rtl/>
          <w:lang w:bidi="he-IL"/>
        </w:rPr>
        <w:t>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/>
          <w:b/>
          <w:color w:val="22324A"/>
          <w:sz w:val="30"/>
          <w:bCs/>
          <w:szCs w:val="30"/>
          <w:rtl/>
          <w:lang w:bidi="he-IL"/>
        </w:rPr>
        <w:t>בַּשָּׂפָה שֶׁלִּי: ______________________</w:t>
      </w:r>
    </w:p>
    <w:p>
      <w:pPr>
        <w:bidi/>
        <w:spacing w:after="600"/>
        <w:jc w:val="center"/>
      </w:pPr>
      <w:r>
        <w:rPr>
          <w:rFonts w:ascii="Arial" w:hAnsi="Arial" w:cs="Arial"/>
          <w:b w:val="0"/>
          <w:color w:val="6B7686"/>
          <w:sz w:val="24"/>
          <w:szCs w:val="24"/>
          <w:rtl/>
          <w:lang w:bidi="he-IL"/>
        </w:rPr>
        <w:t>אֲנִי אוֹהֵב / אוֹהֶבֶת… · הַיּוֹם לָמַדְתִּי… · אֲנִי רוֹצֶה…</w:t>
      </w:r>
    </w:p>
    <w:p>
      <w:pPr>
        <w:sectPr>
          <w:footerReference w:type="default" r:id="rId9"/>
          <w:pgSz w:w="11906" w:h="16838"/>
          <w:pgMar w:top="794" w:right="907" w:bottom="907" w:left="907" w:header="720" w:footer="720" w:gutter="0"/>
          <w:cols w:space="720"/>
          <w:docGrid w:linePitch="360"/>
        </w:sectPr>
      </w:pP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60"/>
          <w:szCs w:val="60"/>
          <w:rtl/>
          <w:lang w:bidi="he-IL"/>
        </w:rPr>
      </w:r>
    </w:p>
    <w:p>
      <w:pPr>
        <w:bidi/>
        <w:spacing w:after="0"/>
        <w:jc w:val="center"/>
      </w:pPr>
      <w:r>
        <w:rPr>
          <w:rFonts w:ascii="Arial" w:hAnsi="Arial" w:cs="Arial"/>
          <w:b/>
          <w:color w:val="127475"/>
          <w:sz w:val="88"/>
          <w:bCs/>
          <w:szCs w:val="88"/>
          <w:rtl/>
          <w:lang w:bidi="he-IL"/>
        </w:rPr>
        <w:t>הַצְּעָדִים הָרִאשׁוֹנִים שֶׁלָּנוּ בְּעִבְרִית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60"/>
          <w:szCs w:val="60"/>
          <w:rtl/>
          <w:lang w:bidi="he-IL"/>
        </w:rPr>
      </w:r>
    </w:p>
    <w:p>
      <w:pPr>
        <w:bidi/>
        <w:spacing w:after="0"/>
        <w:jc w:val="center"/>
      </w:pPr>
      <w:r>
        <w:rPr>
          <w:rFonts w:ascii="Arial" w:hAnsi="Arial" w:cs="Arial"/>
          <w:b/>
          <w:color w:val="F7B538"/>
          <w:sz w:val="108"/>
          <w:bCs/>
          <w:szCs w:val="108"/>
          <w:rtl/>
          <w:lang w:bidi="he-IL"/>
        </w:rPr>
        <w:t>הַכִּיתָּה שֶׁלָּנוּ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60"/>
          <w:szCs w:val="60"/>
          <w:rtl/>
          <w:lang w:bidi="he-IL"/>
        </w:rPr>
      </w:r>
    </w:p>
    <w:p>
      <w:pPr>
        <w:bidi/>
        <w:spacing w:after="0"/>
        <w:jc w:val="center"/>
      </w:pPr>
      <w:r>
        <w:rPr>
          <w:rFonts w:ascii="Arial" w:hAnsi="Arial" w:cs="Arial"/>
          <w:b/>
          <w:color w:val="6BAA75"/>
          <w:sz w:val="108"/>
          <w:bCs/>
          <w:szCs w:val="108"/>
          <w:rtl/>
          <w:lang w:bidi="he-IL"/>
        </w:rPr>
        <w:t>גֵּאִים בַּהֶישֵּׂגִים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48"/>
          <w:szCs w:val="48"/>
          <w:rtl/>
          <w:lang w:bidi="he-IL"/>
        </w:rPr>
      </w:r>
    </w:p>
    <w:p>
      <w:pPr>
        <w:bidi/>
        <w:spacing w:after="200"/>
        <w:jc w:val="center"/>
      </w:pPr>
      <w:r>
        <w:rPr>
          <w:rFonts w:ascii="Arial" w:hAnsi="Arial" w:cs="Arial"/>
          <w:b/>
          <w:color w:val="127475"/>
          <w:sz w:val="88"/>
          <w:bCs/>
          <w:szCs w:val="88"/>
          <w:rtl/>
          <w:lang w:bidi="he-IL"/>
        </w:rPr>
        <w:t>כָּל הַהַתְחָלוֹת קָשׁוֹת – אֲבָל אַתֶּם כְּבָר הִתְחַלְתֶּם!</w:t>
      </w:r>
    </w:p>
    <w:p>
      <w:pPr>
        <w:spacing w:after="120"/>
        <w:jc w:val="center"/>
      </w:pPr>
      <w:r>
        <w:rPr>
          <w:rFonts w:ascii="Arial" w:hAnsi="Arial" w:cs="Arial"/>
          <w:b w:val="0"/>
          <w:color w:val="5B6573"/>
          <w:sz w:val="40"/>
          <w:szCs w:val="40"/>
          <w:lang w:bidi="he-IL"/>
        </w:rPr>
        <w:t>All beginnings are hard – but you have already begun!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48"/>
          <w:szCs w:val="48"/>
          <w:rtl/>
          <w:lang w:bidi="he-IL"/>
        </w:rPr>
      </w:r>
    </w:p>
    <w:p>
      <w:pPr>
        <w:bidi/>
        <w:spacing w:after="200"/>
        <w:jc w:val="center"/>
      </w:pPr>
      <w:r>
        <w:rPr>
          <w:rFonts w:ascii="Arial" w:hAnsi="Arial" w:cs="Arial"/>
          <w:b/>
          <w:color w:val="F25C54"/>
          <w:sz w:val="88"/>
          <w:bCs/>
          <w:szCs w:val="88"/>
          <w:rtl/>
          <w:lang w:bidi="he-IL"/>
        </w:rPr>
        <w:t>לְאַט לְאַט – מַגִּיעִים רָחוֹק.</w:t>
      </w:r>
    </w:p>
    <w:p>
      <w:pPr>
        <w:spacing w:after="120"/>
        <w:jc w:val="center"/>
      </w:pPr>
      <w:r>
        <w:rPr>
          <w:rFonts w:ascii="Arial" w:hAnsi="Arial" w:cs="Arial"/>
          <w:b w:val="0"/>
          <w:color w:val="5B6573"/>
          <w:sz w:val="40"/>
          <w:szCs w:val="40"/>
          <w:lang w:bidi="he-IL"/>
        </w:rPr>
        <w:t>Step by step, you go far.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48"/>
          <w:szCs w:val="48"/>
          <w:rtl/>
          <w:lang w:bidi="he-IL"/>
        </w:rPr>
      </w:r>
    </w:p>
    <w:p>
      <w:pPr>
        <w:bidi/>
        <w:spacing w:after="200"/>
        <w:jc w:val="center"/>
      </w:pPr>
      <w:r>
        <w:rPr>
          <w:rFonts w:ascii="Arial" w:hAnsi="Arial" w:cs="Arial"/>
          <w:b/>
          <w:color w:val="F7B538"/>
          <w:sz w:val="88"/>
          <w:bCs/>
          <w:szCs w:val="88"/>
          <w:rtl/>
          <w:lang w:bidi="he-IL"/>
        </w:rPr>
        <w:t>טָעוּת הִיא חֵלֶק מֵהַלְּמִידָה.</w:t>
      </w:r>
    </w:p>
    <w:p>
      <w:pPr>
        <w:spacing w:after="120"/>
        <w:jc w:val="center"/>
      </w:pPr>
      <w:r>
        <w:rPr>
          <w:rFonts w:ascii="Arial" w:hAnsi="Arial" w:cs="Arial"/>
          <w:b w:val="0"/>
          <w:color w:val="5B6573"/>
          <w:sz w:val="40"/>
          <w:szCs w:val="40"/>
          <w:lang w:bidi="he-IL"/>
        </w:rPr>
        <w:t>A mistake is part of learning.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48"/>
          <w:szCs w:val="48"/>
          <w:rtl/>
          <w:lang w:bidi="he-IL"/>
        </w:rPr>
      </w:r>
    </w:p>
    <w:p>
      <w:pPr>
        <w:bidi/>
        <w:spacing w:after="200"/>
        <w:jc w:val="center"/>
      </w:pPr>
      <w:r>
        <w:rPr>
          <w:rFonts w:ascii="Arial" w:hAnsi="Arial" w:cs="Arial"/>
          <w:b/>
          <w:color w:val="3D5A80"/>
          <w:sz w:val="88"/>
          <w:bCs/>
          <w:szCs w:val="88"/>
          <w:rtl/>
          <w:lang w:bidi="he-IL"/>
        </w:rPr>
        <w:t>לֹא הַבַּיְשָׁן לָמֵד</w:t>
      </w:r>
    </w:p>
    <w:p>
      <w:pPr>
        <w:bidi/>
        <w:spacing w:after="120"/>
        <w:jc w:val="center"/>
      </w:pPr>
      <w:r>
        <w:rPr>
          <w:rFonts w:ascii="Arial" w:hAnsi="Arial" w:cs="Arial"/>
          <w:b/>
          <w:color w:val="5B6573"/>
          <w:sz w:val="48"/>
          <w:bCs/>
          <w:szCs w:val="48"/>
          <w:rtl/>
          <w:lang w:bidi="he-IL"/>
        </w:rPr>
        <w:t>מִי שֶׁשּׁוֹאֵל – לוֹמֵד! (פִּרְקֵי אָבוֹת)</w:t>
      </w:r>
    </w:p>
    <w:p>
      <w:pPr>
        <w:spacing w:after="120"/>
        <w:jc w:val="center"/>
      </w:pPr>
      <w:r>
        <w:rPr>
          <w:rFonts w:ascii="Arial" w:hAnsi="Arial" w:cs="Arial"/>
          <w:b w:val="0"/>
          <w:color w:val="5B6573"/>
          <w:sz w:val="40"/>
          <w:szCs w:val="40"/>
          <w:lang w:bidi="he-IL"/>
        </w:rPr>
        <w:t>The shy one does not learn – so ask! (Pirkei Avot)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48"/>
          <w:szCs w:val="48"/>
          <w:rtl/>
          <w:lang w:bidi="he-IL"/>
        </w:rPr>
      </w:r>
    </w:p>
    <w:p>
      <w:pPr>
        <w:bidi/>
        <w:spacing w:after="200"/>
        <w:jc w:val="center"/>
      </w:pPr>
      <w:r>
        <w:rPr>
          <w:rFonts w:ascii="Arial" w:hAnsi="Arial" w:cs="Arial"/>
          <w:b/>
          <w:color w:val="6BAA75"/>
          <w:sz w:val="88"/>
          <w:bCs/>
          <w:szCs w:val="88"/>
          <w:rtl/>
          <w:lang w:bidi="he-IL"/>
        </w:rPr>
        <w:t>אֵין דָּבָר הָעוֹמֵד בִּפְנֵי הָרָצוֹן.</w:t>
      </w:r>
    </w:p>
    <w:p>
      <w:pPr>
        <w:spacing w:after="120"/>
        <w:jc w:val="center"/>
      </w:pPr>
      <w:r>
        <w:rPr>
          <w:rFonts w:ascii="Arial" w:hAnsi="Arial" w:cs="Arial"/>
          <w:b w:val="0"/>
          <w:color w:val="5B6573"/>
          <w:sz w:val="40"/>
          <w:szCs w:val="40"/>
          <w:lang w:bidi="he-IL"/>
        </w:rPr>
        <w:t>Nothing can stand in the way of will.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48"/>
          <w:szCs w:val="48"/>
          <w:rtl/>
          <w:lang w:bidi="he-IL"/>
        </w:rPr>
      </w:r>
    </w:p>
    <w:p>
      <w:pPr>
        <w:bidi/>
        <w:spacing w:after="200"/>
        <w:jc w:val="center"/>
      </w:pPr>
      <w:r>
        <w:rPr>
          <w:rFonts w:ascii="Arial" w:hAnsi="Arial" w:cs="Arial"/>
          <w:b/>
          <w:color w:val="8E6CC2"/>
          <w:sz w:val="88"/>
          <w:bCs/>
          <w:szCs w:val="88"/>
          <w:rtl/>
          <w:lang w:bidi="he-IL"/>
        </w:rPr>
        <w:t>כָּל מִילָּה חֲדָשָׁה הִיא צַעַד קָדִימָה.</w:t>
      </w:r>
    </w:p>
    <w:p>
      <w:pPr>
        <w:spacing w:after="120"/>
        <w:jc w:val="center"/>
      </w:pPr>
      <w:r>
        <w:rPr>
          <w:rFonts w:ascii="Arial" w:hAnsi="Arial" w:cs="Arial"/>
          <w:b w:val="0"/>
          <w:color w:val="5B6573"/>
          <w:sz w:val="40"/>
          <w:szCs w:val="40"/>
          <w:lang w:bidi="he-IL"/>
        </w:rPr>
        <w:t>Every new word is a step forward.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48"/>
          <w:szCs w:val="48"/>
          <w:rtl/>
          <w:lang w:bidi="he-IL"/>
        </w:rPr>
      </w:r>
    </w:p>
    <w:p>
      <w:pPr>
        <w:bidi/>
        <w:spacing w:after="200"/>
        <w:jc w:val="center"/>
      </w:pPr>
      <w:r>
        <w:rPr>
          <w:rFonts w:ascii="Arial" w:hAnsi="Arial" w:cs="Arial"/>
          <w:b/>
          <w:color w:val="127475"/>
          <w:sz w:val="88"/>
          <w:bCs/>
          <w:szCs w:val="88"/>
          <w:rtl/>
          <w:lang w:bidi="he-IL"/>
        </w:rPr>
        <w:t>בְּיַחַד אֲנַחְנוּ חֲזָקִים יוֹתֵר.</w:t>
      </w:r>
    </w:p>
    <w:p>
      <w:pPr>
        <w:spacing w:after="120"/>
        <w:jc w:val="center"/>
      </w:pPr>
      <w:r>
        <w:rPr>
          <w:rFonts w:ascii="Arial" w:hAnsi="Arial" w:cs="Arial"/>
          <w:b w:val="0"/>
          <w:color w:val="5B6573"/>
          <w:sz w:val="40"/>
          <w:szCs w:val="40"/>
          <w:lang w:bidi="he-IL"/>
        </w:rPr>
        <w:t>Together we are stronger.</w:t>
      </w:r>
    </w:p>
    <w:p>
      <w:r>
        <w:br w:type="page"/>
      </w:r>
    </w:p>
    <w:p>
      <w:pPr>
        <w:bidi/>
        <w:spacing w:after="120"/>
        <w:jc w:val="center"/>
      </w:pPr>
      <w:r>
        <w:rPr>
          <w:rFonts w:ascii="Arial" w:hAnsi="Arial" w:cs="Arial"/>
          <w:b w:val="0"/>
          <w:color w:val="22324A"/>
          <w:sz w:val="48"/>
          <w:szCs w:val="48"/>
          <w:rtl/>
          <w:lang w:bidi="he-IL"/>
        </w:rPr>
      </w:r>
    </w:p>
    <w:p>
      <w:pPr>
        <w:bidi/>
        <w:spacing w:after="200"/>
        <w:jc w:val="center"/>
      </w:pPr>
      <w:r>
        <w:rPr>
          <w:rFonts w:ascii="Arial" w:hAnsi="Arial" w:cs="Arial"/>
          <w:b/>
          <w:color w:val="F25C54"/>
          <w:sz w:val="88"/>
          <w:bCs/>
          <w:szCs w:val="88"/>
          <w:rtl/>
          <w:lang w:bidi="he-IL"/>
        </w:rPr>
        <w:t>הַיּוֹם קָשֶׁה, מָחָר קַל יוֹתֵר.</w:t>
      </w:r>
    </w:p>
    <w:p>
      <w:pPr>
        <w:spacing w:after="120"/>
        <w:jc w:val="center"/>
      </w:pPr>
      <w:r>
        <w:rPr>
          <w:rFonts w:ascii="Arial" w:hAnsi="Arial" w:cs="Arial"/>
          <w:b w:val="0"/>
          <w:color w:val="5B6573"/>
          <w:sz w:val="40"/>
          <w:szCs w:val="40"/>
          <w:lang w:bidi="he-IL"/>
        </w:rPr>
        <w:t>Hard today, easier tomorrow.</w:t>
      </w:r>
    </w:p>
    <w:p>
      <w:r>
        <w:br w:type="page"/>
      </w:r>
    </w:p>
    <w:p>
      <w:pPr>
        <w:sectPr>
          <w:footerReference w:type="default" r:id="rId10"/>
          <w:pgSz w:w="16838" w:h="11906" w:orient="landscape"/>
          <w:pgMar w:top="794" w:right="907" w:bottom="907" w:left="907" w:header="720" w:footer="720" w:gutter="0"/>
          <w:cols w:space="720"/>
          <w:docGrid w:linePitch="360"/>
        </w:sectPr>
      </w:pPr>
    </w:p>
    <w:p>
      <w:pPr>
        <w:bidi/>
        <w:spacing w:after="200"/>
        <w:jc w:val="center"/>
      </w:pPr>
      <w:r>
        <w:rPr>
          <w:rFonts w:ascii="Arial" w:hAnsi="Arial" w:cs="Arial"/>
          <w:b/>
          <w:color w:val="127475"/>
          <w:sz w:val="56"/>
          <w:bCs/>
          <w:szCs w:val="56"/>
          <w:rtl/>
          <w:lang w:bidi="he-IL"/>
        </w:rPr>
        <w:t>שְׁלָטִים לַחֲפָצִים בַּכִּיתָּה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27475"/>
                <w:sz w:val="68"/>
                <w:bCs/>
                <w:szCs w:val="68"/>
                <w:rtl/>
                <w:lang w:bidi="he-IL"/>
              </w:rPr>
              <w:t>לוּחַ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board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25C54"/>
                <w:sz w:val="68"/>
                <w:bCs/>
                <w:szCs w:val="68"/>
                <w:rtl/>
                <w:lang w:bidi="he-IL"/>
              </w:rPr>
              <w:t>שׁוּלְחָן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table / desk</w:t>
            </w:r>
          </w:p>
        </w:tc>
      </w:tr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B538"/>
                <w:sz w:val="68"/>
                <w:bCs/>
                <w:szCs w:val="68"/>
                <w:rtl/>
                <w:lang w:bidi="he-IL"/>
              </w:rPr>
              <w:t>כִּיסֵּא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chair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3D5A80"/>
                <w:sz w:val="68"/>
                <w:bCs/>
                <w:szCs w:val="68"/>
                <w:rtl/>
                <w:lang w:bidi="he-IL"/>
              </w:rPr>
              <w:t>דֶּלֶת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door</w:t>
            </w:r>
          </w:p>
        </w:tc>
      </w:tr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6BAA75"/>
                <w:sz w:val="68"/>
                <w:bCs/>
                <w:szCs w:val="68"/>
                <w:rtl/>
                <w:lang w:bidi="he-IL"/>
              </w:rPr>
              <w:t>חַלּוֹן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window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E6CC2"/>
                <w:sz w:val="68"/>
                <w:bCs/>
                <w:szCs w:val="68"/>
                <w:rtl/>
                <w:lang w:bidi="he-IL"/>
              </w:rPr>
              <w:t>מַחְבֶּרֶת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notebook</w:t>
            </w:r>
          </w:p>
        </w:tc>
      </w:tr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27475"/>
                <w:sz w:val="68"/>
                <w:bCs/>
                <w:szCs w:val="68"/>
                <w:rtl/>
                <w:lang w:bidi="he-IL"/>
              </w:rPr>
              <w:t>סֵפֶר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book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25C54"/>
                <w:sz w:val="68"/>
                <w:bCs/>
                <w:szCs w:val="68"/>
                <w:rtl/>
                <w:lang w:bidi="he-IL"/>
              </w:rPr>
              <w:t>עֵט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pen</w:t>
            </w:r>
          </w:p>
        </w:tc>
      </w:tr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B538"/>
                <w:sz w:val="68"/>
                <w:bCs/>
                <w:szCs w:val="68"/>
                <w:rtl/>
                <w:lang w:bidi="he-IL"/>
              </w:rPr>
              <w:t>עִפָּרוֹן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pencil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3D5A80"/>
                <w:sz w:val="68"/>
                <w:bCs/>
                <w:szCs w:val="68"/>
                <w:rtl/>
                <w:lang w:bidi="he-IL"/>
              </w:rPr>
              <w:t>מַחַק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eraser</w:t>
            </w:r>
          </w:p>
        </w:tc>
      </w:tr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6BAA75"/>
                <w:sz w:val="68"/>
                <w:bCs/>
                <w:szCs w:val="68"/>
                <w:rtl/>
                <w:lang w:bidi="he-IL"/>
              </w:rPr>
              <w:t>סַרְגֵּל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ruler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E6CC2"/>
                <w:sz w:val="68"/>
                <w:bCs/>
                <w:szCs w:val="68"/>
                <w:rtl/>
                <w:lang w:bidi="he-IL"/>
              </w:rPr>
              <w:t>תִּיק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bag</w:t>
            </w:r>
          </w:p>
        </w:tc>
      </w:tr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27475"/>
                <w:sz w:val="68"/>
                <w:bCs/>
                <w:szCs w:val="68"/>
                <w:rtl/>
                <w:lang w:bidi="he-IL"/>
              </w:rPr>
              <w:t>מַחְשֵׁב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computer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25C54"/>
                <w:sz w:val="68"/>
                <w:bCs/>
                <w:szCs w:val="68"/>
                <w:rtl/>
                <w:lang w:bidi="he-IL"/>
              </w:rPr>
              <w:t>מְקָרֵן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projector</w:t>
            </w:r>
          </w:p>
        </w:tc>
      </w:tr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B538"/>
                <w:sz w:val="68"/>
                <w:bCs/>
                <w:szCs w:val="68"/>
                <w:rtl/>
                <w:lang w:bidi="he-IL"/>
              </w:rPr>
              <w:t>שָׁעוֹן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clock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3D5A80"/>
                <w:sz w:val="68"/>
                <w:bCs/>
                <w:szCs w:val="68"/>
                <w:rtl/>
                <w:lang w:bidi="he-IL"/>
              </w:rPr>
              <w:t>פַּח אַשְׁפָּה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trash can</w:t>
            </w:r>
          </w:p>
        </w:tc>
      </w:tr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6BAA75"/>
                <w:sz w:val="68"/>
                <w:bCs/>
                <w:szCs w:val="68"/>
                <w:rtl/>
                <w:lang w:bidi="he-IL"/>
              </w:rPr>
              <w:t>מִסְפָּרַיִים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scissors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E6CC2"/>
                <w:sz w:val="68"/>
                <w:bCs/>
                <w:szCs w:val="68"/>
                <w:rtl/>
                <w:lang w:bidi="he-IL"/>
              </w:rPr>
              <w:t>מַזְגָן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air conditioner</w:t>
            </w:r>
          </w:p>
        </w:tc>
      </w:tr>
      <w:tr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27475"/>
                <w:sz w:val="68"/>
                <w:bCs/>
                <w:szCs w:val="68"/>
                <w:rtl/>
                <w:lang w:bidi="he-IL"/>
              </w:rPr>
              <w:t>מַדָּף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shelf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25C54"/>
                <w:sz w:val="68"/>
                <w:bCs/>
                <w:szCs w:val="68"/>
                <w:rtl/>
                <w:lang w:bidi="he-IL"/>
              </w:rPr>
              <w:t>טוּשׁ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color w:val="4D5A6B"/>
                <w:sz w:val="28"/>
                <w:szCs w:val="28"/>
                <w:lang w:bidi="he-IL"/>
              </w:rPr>
              <w:t>marker</w:t>
            </w:r>
          </w:p>
        </w:tc>
      </w:tr>
    </w:tbl>
    <w:sectPr w:rsidR="00FC693F" w:rsidRPr="0006063C" w:rsidSect="00034616">
      <w:footerReference w:type="default" r:id="rId11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5B6573"/>
        <w:sz w:val="18"/>
        <w:szCs w:val="18"/>
        <w:rtl/>
        <w:lang w:bidi="he-IL"/>
      </w:rPr>
      <w:t>יצרה: רוית ראש בן ישי</w:t>
    </w:r>
    <w:r>
      <w:drawing>
        <wp:inline xmlns:a="http://schemas.openxmlformats.org/drawingml/2006/main" xmlns:pic="http://schemas.openxmlformats.org/drawingml/2006/picture">
          <wp:extent cx="252000" cy="25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5B6573"/>
        <w:sz w:val="18"/>
        <w:szCs w:val="18"/>
        <w:rtl/>
        <w:lang w:bidi="he-IL"/>
      </w:rPr>
      <w:t>יצרה: רוית ראש בן ישי</w:t>
    </w:r>
    <w:r>
      <w:drawing>
        <wp:inline xmlns:a="http://schemas.openxmlformats.org/drawingml/2006/main" xmlns:pic="http://schemas.openxmlformats.org/drawingml/2006/picture">
          <wp:extent cx="252000" cy="25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5B6573"/>
        <w:sz w:val="18"/>
        <w:szCs w:val="18"/>
        <w:rtl/>
        <w:lang w:bidi="he-IL"/>
      </w:rPr>
      <w:t>יצרה: רוית ראש בן ישי</w:t>
    </w:r>
    <w:r>
      <w:drawing>
        <wp:inline xmlns:a="http://schemas.openxmlformats.org/drawingml/2006/main" xmlns:pic="http://schemas.openxmlformats.org/drawingml/2006/picture">
          <wp:extent cx="252000" cy="25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